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3E8AD" w14:textId="77777777" w:rsidR="00606807" w:rsidRDefault="00F14DB7">
      <w:pPr>
        <w:spacing w:after="40"/>
        <w:jc w:val="center"/>
      </w:pPr>
      <w:r>
        <w:rPr>
          <w:noProof/>
        </w:rPr>
        <w:drawing>
          <wp:inline distT="0" distB="0" distL="0" distR="0" wp14:anchorId="56908D5E" wp14:editId="028C3654">
            <wp:extent cx="3429000" cy="12076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f_header_logo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207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20B64" w14:textId="77777777" w:rsidR="00606807" w:rsidRDefault="00F14DB7">
      <w:pPr>
        <w:spacing w:after="80" w:line="240" w:lineRule="auto"/>
        <w:jc w:val="center"/>
      </w:pPr>
      <w:r>
        <w:rPr>
          <w:b/>
          <w:sz w:val="18"/>
        </w:rPr>
        <w:t>PEDIDO DE RECURSO EM FACE DO INDEFERIMENTO DO REGISTRO PROFISSIONAL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788"/>
      </w:tblGrid>
      <w:tr w:rsidR="00606807" w14:paraId="42F79E16" w14:textId="77777777" w:rsidTr="00C94056">
        <w:trPr>
          <w:trHeight w:val="27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703BD8C3" w14:textId="77777777" w:rsidR="00606807" w:rsidRDefault="00F14DB7">
            <w:pPr>
              <w:spacing w:after="0" w:line="240" w:lineRule="auto"/>
              <w:jc w:val="center"/>
            </w:pPr>
            <w:r>
              <w:rPr>
                <w:b/>
              </w:rPr>
              <w:t>INFORMAÇÕES PESSOAIS</w:t>
            </w:r>
          </w:p>
        </w:tc>
      </w:tr>
      <w:tr w:rsidR="00606807" w14:paraId="1AA7C6EB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3078858A" w14:textId="77777777" w:rsidR="00606807" w:rsidRDefault="00F14DB7">
            <w:pPr>
              <w:spacing w:after="0" w:line="240" w:lineRule="auto"/>
            </w:pPr>
            <w:r>
              <w:t>Nome: ________________________________________________________________________________</w:t>
            </w:r>
          </w:p>
        </w:tc>
      </w:tr>
      <w:tr w:rsidR="00606807" w14:paraId="1D4B0DBB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3186D94C" w14:textId="0CA1C316" w:rsidR="00606807" w:rsidRDefault="00F14DB7">
            <w:pPr>
              <w:spacing w:after="0" w:line="240" w:lineRule="auto"/>
            </w:pPr>
            <w:r>
              <w:t>Nº do Protocolo</w:t>
            </w:r>
            <w:r w:rsidR="00BF5A50">
              <w:t xml:space="preserve"> indeferido</w:t>
            </w:r>
            <w:r>
              <w:t>: ____________________   CPF: ____________________   Estado Civil: ____________________</w:t>
            </w:r>
          </w:p>
        </w:tc>
      </w:tr>
      <w:tr w:rsidR="00606807" w14:paraId="21DDE10F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635A7F98" w14:textId="77777777" w:rsidR="00606807" w:rsidRDefault="00F14DB7">
            <w:pPr>
              <w:spacing w:after="0" w:line="240" w:lineRule="auto"/>
            </w:pPr>
            <w:r>
              <w:t>Identidade: ____________________   Órgão emissor: ____________   Data emissão: ____________________</w:t>
            </w:r>
          </w:p>
        </w:tc>
      </w:tr>
      <w:tr w:rsidR="00606807" w14:paraId="6D55A356" w14:textId="77777777" w:rsidTr="00C94056">
        <w:trPr>
          <w:trHeight w:val="27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580FB312" w14:textId="77777777" w:rsidR="00606807" w:rsidRDefault="00F14DB7">
            <w:pPr>
              <w:spacing w:after="0" w:line="240" w:lineRule="auto"/>
              <w:jc w:val="center"/>
            </w:pPr>
            <w:r>
              <w:rPr>
                <w:b/>
              </w:rPr>
              <w:t>ENDEREÇO RESIDENCIAL</w:t>
            </w:r>
          </w:p>
        </w:tc>
      </w:tr>
      <w:tr w:rsidR="00606807" w14:paraId="76C8FBD1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0968065E" w14:textId="77777777" w:rsidR="00606807" w:rsidRDefault="00F14DB7">
            <w:pPr>
              <w:spacing w:after="0" w:line="240" w:lineRule="auto"/>
            </w:pPr>
            <w:r>
              <w:t>Endereço: ____________________________________________________________________________</w:t>
            </w:r>
          </w:p>
        </w:tc>
      </w:tr>
      <w:tr w:rsidR="00606807" w14:paraId="78374386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17717F8F" w14:textId="77777777" w:rsidR="00606807" w:rsidRDefault="00F14DB7">
            <w:pPr>
              <w:spacing w:after="0" w:line="240" w:lineRule="auto"/>
            </w:pPr>
            <w:r>
              <w:t>Número: ____________   Complemento: ____________________   Bairro: ________________________________</w:t>
            </w:r>
          </w:p>
        </w:tc>
      </w:tr>
      <w:tr w:rsidR="00606807" w14:paraId="09C3C8EC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7B265CD1" w14:textId="77777777" w:rsidR="00606807" w:rsidRDefault="00F14DB7">
            <w:pPr>
              <w:spacing w:after="0" w:line="240" w:lineRule="auto"/>
            </w:pPr>
            <w:r>
              <w:t>Cidade: __________________________________________   CEP: ____________________   UF: ______</w:t>
            </w:r>
          </w:p>
        </w:tc>
      </w:tr>
      <w:tr w:rsidR="00606807" w14:paraId="0B20A1EA" w14:textId="77777777" w:rsidTr="00C94056">
        <w:trPr>
          <w:trHeight w:val="31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36FFB71D" w14:textId="77777777" w:rsidR="00606807" w:rsidRDefault="00F14DB7">
            <w:pPr>
              <w:spacing w:after="0" w:line="240" w:lineRule="auto"/>
            </w:pPr>
            <w:r>
              <w:t>Celular: ______________________   E-mail: ________________________________________________</w:t>
            </w:r>
          </w:p>
        </w:tc>
      </w:tr>
      <w:tr w:rsidR="00606807" w14:paraId="1839A6B5" w14:textId="77777777" w:rsidTr="00C94056">
        <w:trPr>
          <w:trHeight w:val="27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50AD022F" w14:textId="77777777" w:rsidR="00606807" w:rsidRDefault="00F14DB7">
            <w:pPr>
              <w:spacing w:after="0" w:line="240" w:lineRule="auto"/>
              <w:jc w:val="center"/>
            </w:pPr>
            <w:r>
              <w:rPr>
                <w:b/>
              </w:rPr>
              <w:t>SOLICITAÇÃO / FUNDAMENTOS DO RECURSO</w:t>
            </w:r>
          </w:p>
        </w:tc>
      </w:tr>
      <w:tr w:rsidR="00606807" w14:paraId="5496193A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76BD3B3A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09E98FFD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1D52BB56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65DE0D5D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604583CC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0BDAC379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12B383FA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56F96C60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6289AE87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016A1773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39BF77F7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  <w:tr w:rsidR="00606807" w14:paraId="7F136D25" w14:textId="77777777" w:rsidTr="00C94056">
        <w:trPr>
          <w:trHeight w:val="320"/>
          <w:jc w:val="center"/>
        </w:trPr>
        <w:tc>
          <w:tcPr>
            <w:tcW w:w="9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65" w:type="dxa"/>
              <w:bottom w:w="20" w:type="dxa"/>
              <w:right w:w="65" w:type="dxa"/>
            </w:tcMar>
            <w:vAlign w:val="center"/>
          </w:tcPr>
          <w:p w14:paraId="5E124CA6" w14:textId="77777777" w:rsidR="00606807" w:rsidRDefault="00F14DB7">
            <w:pPr>
              <w:spacing w:after="0" w:line="240" w:lineRule="auto"/>
            </w:pPr>
            <w:r>
              <w:rPr>
                <w:sz w:val="18"/>
              </w:rPr>
              <w:t>______________________________________________________________________________________</w:t>
            </w:r>
          </w:p>
        </w:tc>
      </w:tr>
    </w:tbl>
    <w:p w14:paraId="4ED7E978" w14:textId="434F99F6" w:rsidR="00C94056" w:rsidRPr="00C94056" w:rsidRDefault="00C94056" w:rsidP="00C94056">
      <w:pPr>
        <w:spacing w:before="40" w:line="240" w:lineRule="auto"/>
        <w:jc w:val="both"/>
        <w:rPr>
          <w:rFonts w:cs="Arial"/>
          <w:sz w:val="16"/>
          <w:szCs w:val="16"/>
          <w:lang w:val="pt-BR"/>
        </w:rPr>
      </w:pPr>
      <w:r w:rsidRPr="00C94056">
        <w:rPr>
          <w:rFonts w:cs="Arial"/>
          <w:sz w:val="16"/>
          <w:szCs w:val="16"/>
          <w:lang w:val="pt-BR"/>
        </w:rPr>
        <w:t>Declaro estar ciente de que o presente requerimento tem por finalidade a apresentação de recurso administrativo contra o indeferimento do registro profissional, nos termos da Resolução CONFEF nº 617/2026, devendo ser protocolado no prazo regulamentar de 15 (quinze) dias corridos, contados da notificação da decisão.Declaro, ainda, ciência de que os dados pessoais informados neste requerimento serão tratados pelo CREF12/PE exclusivamente para fins de instrução, análise e tramitação do respectivo processo administrativo, em observância à Lei nº 13.709/2018 – Lei Geral de Proteção de Dados Pessoais.</w:t>
      </w:r>
    </w:p>
    <w:p w14:paraId="19877656" w14:textId="77777777" w:rsidR="008F609D" w:rsidRDefault="008F609D">
      <w:pPr>
        <w:spacing w:before="40" w:line="240" w:lineRule="auto"/>
        <w:jc w:val="center"/>
        <w:rPr>
          <w:sz w:val="18"/>
        </w:rPr>
      </w:pPr>
    </w:p>
    <w:p w14:paraId="742F9CB3" w14:textId="75D578C8" w:rsidR="00606807" w:rsidRDefault="00F14DB7">
      <w:pPr>
        <w:spacing w:before="40" w:line="240" w:lineRule="auto"/>
        <w:jc w:val="center"/>
      </w:pPr>
      <w:r>
        <w:rPr>
          <w:sz w:val="18"/>
        </w:rPr>
        <w:t>Recife, ______ de __________________________ de __________.</w:t>
      </w:r>
    </w:p>
    <w:p w14:paraId="5A00282F" w14:textId="77777777" w:rsidR="008F609D" w:rsidRDefault="008F609D">
      <w:pPr>
        <w:spacing w:after="0" w:line="240" w:lineRule="auto"/>
        <w:jc w:val="center"/>
        <w:rPr>
          <w:sz w:val="18"/>
        </w:rPr>
      </w:pPr>
    </w:p>
    <w:p w14:paraId="05AC95E4" w14:textId="77777777" w:rsidR="008F609D" w:rsidRDefault="008F609D">
      <w:pPr>
        <w:spacing w:after="0" w:line="240" w:lineRule="auto"/>
        <w:jc w:val="center"/>
        <w:rPr>
          <w:sz w:val="18"/>
        </w:rPr>
      </w:pPr>
    </w:p>
    <w:p w14:paraId="77C379F5" w14:textId="77777777" w:rsidR="008F609D" w:rsidRDefault="008F609D">
      <w:pPr>
        <w:spacing w:after="0" w:line="240" w:lineRule="auto"/>
        <w:jc w:val="center"/>
        <w:rPr>
          <w:sz w:val="18"/>
        </w:rPr>
      </w:pPr>
    </w:p>
    <w:p w14:paraId="619B665A" w14:textId="48FEF32A" w:rsidR="00606807" w:rsidRDefault="00F14DB7">
      <w:pPr>
        <w:spacing w:after="0" w:line="240" w:lineRule="auto"/>
        <w:jc w:val="center"/>
      </w:pPr>
      <w:r>
        <w:rPr>
          <w:sz w:val="18"/>
        </w:rPr>
        <w:t>________________________________________________</w:t>
      </w:r>
    </w:p>
    <w:p w14:paraId="21B2771E" w14:textId="77777777" w:rsidR="00606807" w:rsidRDefault="00F14DB7">
      <w:pPr>
        <w:spacing w:after="0" w:line="240" w:lineRule="auto"/>
        <w:jc w:val="center"/>
      </w:pPr>
      <w:r>
        <w:rPr>
          <w:sz w:val="16"/>
        </w:rPr>
        <w:t>Assinatura eletrônica do(a) requerente via GOV.BR</w:t>
      </w:r>
    </w:p>
    <w:sectPr w:rsidR="00606807" w:rsidSect="00034616">
      <w:footerReference w:type="default" r:id="rId9"/>
      <w:pgSz w:w="11906" w:h="16838"/>
      <w:pgMar w:top="454" w:right="1049" w:bottom="454" w:left="1049" w:header="113" w:footer="1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CDCA1" w14:textId="77777777" w:rsidR="00BC7E9E" w:rsidRDefault="00BC7E9E">
      <w:pPr>
        <w:spacing w:after="0" w:line="240" w:lineRule="auto"/>
      </w:pPr>
      <w:r>
        <w:separator/>
      </w:r>
    </w:p>
  </w:endnote>
  <w:endnote w:type="continuationSeparator" w:id="0">
    <w:p w14:paraId="438C121F" w14:textId="77777777" w:rsidR="00BC7E9E" w:rsidRDefault="00BC7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2C05F" w14:textId="77777777" w:rsidR="00606807" w:rsidRDefault="00F14DB7">
    <w:pPr>
      <w:pStyle w:val="Rodap"/>
      <w:jc w:val="center"/>
    </w:pPr>
    <w:r>
      <w:rPr>
        <w:sz w:val="14"/>
      </w:rPr>
      <w:t>Conselho Regional de Educação Física da 12ª Região/Pernambuco – CREF12/PE</w:t>
    </w:r>
    <w:r>
      <w:br/>
    </w:r>
    <w:r>
      <w:rPr>
        <w:sz w:val="14"/>
      </w:rPr>
      <w:t>Rua Carlos de Oliveira Filho, 135 – Prado, Recife – PE, CEP 50.720-230</w:t>
    </w:r>
    <w:r>
      <w:br/>
    </w:r>
    <w:r>
      <w:rPr>
        <w:sz w:val="14"/>
      </w:rPr>
      <w:t>(81) 3226-0996 – www.cref12.org.br – cref12@cref12.org.br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5C523" w14:textId="77777777" w:rsidR="00BC7E9E" w:rsidRDefault="00BC7E9E">
      <w:pPr>
        <w:spacing w:after="0" w:line="240" w:lineRule="auto"/>
      </w:pPr>
      <w:r>
        <w:separator/>
      </w:r>
    </w:p>
  </w:footnote>
  <w:footnote w:type="continuationSeparator" w:id="0">
    <w:p w14:paraId="0AD4E90D" w14:textId="77777777" w:rsidR="00BC7E9E" w:rsidRDefault="00BC7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05814122">
    <w:abstractNumId w:val="8"/>
  </w:num>
  <w:num w:numId="2" w16cid:durableId="2016612211">
    <w:abstractNumId w:val="6"/>
  </w:num>
  <w:num w:numId="3" w16cid:durableId="1495222507">
    <w:abstractNumId w:val="5"/>
  </w:num>
  <w:num w:numId="4" w16cid:durableId="1298758796">
    <w:abstractNumId w:val="4"/>
  </w:num>
  <w:num w:numId="5" w16cid:durableId="1732851824">
    <w:abstractNumId w:val="7"/>
  </w:num>
  <w:num w:numId="6" w16cid:durableId="853417268">
    <w:abstractNumId w:val="3"/>
  </w:num>
  <w:num w:numId="7" w16cid:durableId="1373919944">
    <w:abstractNumId w:val="2"/>
  </w:num>
  <w:num w:numId="8" w16cid:durableId="354187225">
    <w:abstractNumId w:val="1"/>
  </w:num>
  <w:num w:numId="9" w16cid:durableId="915093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E53F5"/>
    <w:rsid w:val="00606807"/>
    <w:rsid w:val="006C3353"/>
    <w:rsid w:val="008F0AA5"/>
    <w:rsid w:val="008F609D"/>
    <w:rsid w:val="00AA1D8D"/>
    <w:rsid w:val="00AD6D6D"/>
    <w:rsid w:val="00B31284"/>
    <w:rsid w:val="00B47730"/>
    <w:rsid w:val="00BC7E9E"/>
    <w:rsid w:val="00BF5A50"/>
    <w:rsid w:val="00C94056"/>
    <w:rsid w:val="00CB0664"/>
    <w:rsid w:val="00DB045D"/>
    <w:rsid w:val="00DE1207"/>
    <w:rsid w:val="00F14DB7"/>
    <w:rsid w:val="00FC693F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766BE9"/>
  <w14:defaultImageDpi w14:val="300"/>
  <w15:docId w15:val="{2B8B095E-5596-49F1-87B2-49F3D575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eastAsia="Arial" w:hAnsi="Arial"/>
      <w:sz w:val="19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9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1867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raiane</cp:lastModifiedBy>
  <cp:revision>3</cp:revision>
  <dcterms:created xsi:type="dcterms:W3CDTF">2026-06-16T13:22:00Z</dcterms:created>
  <dcterms:modified xsi:type="dcterms:W3CDTF">2026-06-16T13:24:00Z</dcterms:modified>
  <cp:category/>
</cp:coreProperties>
</file>